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69" w:lineRule="auto"/>
      </w:pPr>
      <w:r>
        <w:rPr>
          <w:rFonts w:ascii="Arial" w:hAnsi="Arial" w:eastAsia="Arial"/>
          <w:b/>
          <w:i w:val="0"/>
          <w:color w:val="1A1D26"/>
          <w:sz w:val="48"/>
        </w:rPr>
        <w:t>Anna Beispiel</w:t>
      </w:r>
    </w:p>
    <w:p>
      <w:pPr>
        <w:spacing w:after="120" w:before="0" w:line="269" w:lineRule="auto"/>
      </w:pPr>
      <w:r>
        <w:rPr>
          <w:rFonts w:ascii="Arial" w:hAnsi="Arial" w:eastAsia="Arial"/>
          <w:b w:val="0"/>
          <w:i w:val="0"/>
          <w:color w:val="2D5BE3"/>
          <w:sz w:val="24"/>
        </w:rPr>
        <w:t>Sachbearbeiterin Vertriebsinnendienst</w:t>
      </w:r>
    </w:p>
    <w:p>
      <w:pPr>
        <w:spacing w:after="40" w:before="0" w:line="269" w:lineRule="auto"/>
      </w:pPr>
      <w:r>
        <w:rPr>
          <w:rFonts w:ascii="Arial" w:hAnsi="Arial" w:eastAsia="Arial"/>
          <w:b w:val="0"/>
          <w:i w:val="0"/>
          <w:color w:val="6B7280"/>
          <w:sz w:val="19"/>
        </w:rPr>
        <w:t>Musterstraße 12, 12345 Musterstadt  ·  Telefon 0123 456789  ·  anna.beispiel@example.org</w:t>
      </w:r>
    </w:p>
    <w:p>
      <w:pPr>
        <w:keepNext/>
        <w:spacing w:after="100" w:before="240" w:line="269" w:lineRule="auto"/>
        <w:pBdr>
          <w:bottom w:val="single" w:sz="6" w:space="1" w:color="2D5BE3"/>
        </w:pBdr>
      </w:pPr>
      <w:r>
        <w:rPr>
          <w:rFonts w:ascii="Arial" w:hAnsi="Arial" w:eastAsia="Arial"/>
          <w:b/>
          <w:i w:val="0"/>
          <w:color w:val="2D5BE3"/>
          <w:sz w:val="20"/>
        </w:rPr>
        <w:t>BERUFSERFAHRUNG</w:t>
      </w:r>
    </w:p>
    <w:p>
      <w:pPr>
        <w:keepNext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>04/2022 – heute</w:t>
        <w:tab/>
      </w:r>
      <w:r>
        <w:rPr>
          <w:rFonts w:ascii="Arial" w:hAnsi="Arial" w:eastAsia="Arial"/>
          <w:b/>
          <w:i w:val="0"/>
          <w:color w:val="1A1D26"/>
          <w:sz w:val="20"/>
        </w:rPr>
        <w:t>Sachbearbeiterin Vertriebsinnendienst</w:t>
      </w:r>
      <w:r>
        <w:rPr>
          <w:rFonts w:ascii="Arial" w:hAnsi="Arial" w:eastAsia="Arial"/>
          <w:b w:val="0"/>
          <w:i w:val="0"/>
          <w:color w:val="1A1D26"/>
          <w:sz w:val="20"/>
        </w:rPr>
        <w:t>, Beispiel Maschinenbau GmbH, Musterstadt</w:t>
      </w:r>
    </w:p>
    <w:p>
      <w:pPr>
        <w:spacing w:after="0" w:before="0" w:line="269" w:lineRule="auto"/>
        <w:ind w:left="2126" w:hanging="198"/>
      </w:pPr>
      <w:r>
        <w:rPr>
          <w:rFonts w:ascii="Arial" w:hAnsi="Arial" w:eastAsia="Arial"/>
          <w:b w:val="0"/>
          <w:i w:val="0"/>
          <w:color w:val="1A1D26"/>
          <w:sz w:val="20"/>
        </w:rPr>
        <w:t>•  Angebote, Auftragsbestätigungen und Reklamationen für einen festen Kundenstamm eigenständig bearbeitet</w:t>
      </w:r>
    </w:p>
    <w:p>
      <w:pPr>
        <w:spacing w:after="0" w:before="0" w:line="269" w:lineRule="auto"/>
        <w:ind w:left="2126" w:hanging="198"/>
      </w:pPr>
      <w:r>
        <w:rPr>
          <w:rFonts w:ascii="Arial" w:hAnsi="Arial" w:eastAsia="Arial"/>
          <w:b w:val="0"/>
          <w:i w:val="0"/>
          <w:color w:val="1A1D26"/>
          <w:sz w:val="20"/>
        </w:rPr>
        <w:t>•  Abstimmung zwischen Vertrieb, Einkauf und Versand, damit Liefertermine gehalten werden</w:t>
      </w:r>
    </w:p>
    <w:p>
      <w:pPr>
        <w:spacing w:after="0" w:before="0" w:line="269" w:lineRule="auto"/>
        <w:ind w:left="2126" w:hanging="198"/>
      </w:pPr>
      <w:r>
        <w:rPr>
          <w:rFonts w:ascii="Arial" w:hAnsi="Arial" w:eastAsia="Arial"/>
          <w:b w:val="0"/>
          <w:i w:val="0"/>
          <w:color w:val="1A1D26"/>
          <w:sz w:val="20"/>
        </w:rPr>
        <w:t>•  Einführung einer gemeinsamen Auftragsliste im Team, seitdem weniger Rückfragen bei Terminen</w:t>
      </w:r>
    </w:p>
    <w:p>
      <w:pPr>
        <w:spacing w:after="60" w:before="0" w:line="269" w:lineRule="auto"/>
      </w:pPr>
    </w:p>
    <w:p>
      <w:pPr>
        <w:keepNext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>09/2019 – 03/2022</w:t>
        <w:tab/>
      </w:r>
      <w:r>
        <w:rPr>
          <w:rFonts w:ascii="Arial" w:hAnsi="Arial" w:eastAsia="Arial"/>
          <w:b/>
          <w:i w:val="0"/>
          <w:color w:val="1A1D26"/>
          <w:sz w:val="20"/>
        </w:rPr>
        <w:t>Sachbearbeiterin Büromanagement</w:t>
      </w:r>
      <w:r>
        <w:rPr>
          <w:rFonts w:ascii="Arial" w:hAnsi="Arial" w:eastAsia="Arial"/>
          <w:b w:val="0"/>
          <w:i w:val="0"/>
          <w:color w:val="1A1D26"/>
          <w:sz w:val="20"/>
        </w:rPr>
        <w:t>, Muster &amp; Söhne Handels KG, Beispielstadt</w:t>
      </w:r>
    </w:p>
    <w:p>
      <w:pPr>
        <w:spacing w:after="0" w:before="0" w:line="269" w:lineRule="auto"/>
        <w:ind w:left="2126" w:hanging="198"/>
      </w:pPr>
      <w:r>
        <w:rPr>
          <w:rFonts w:ascii="Arial" w:hAnsi="Arial" w:eastAsia="Arial"/>
          <w:b w:val="0"/>
          <w:i w:val="0"/>
          <w:color w:val="1A1D26"/>
          <w:sz w:val="20"/>
        </w:rPr>
        <w:t>•  Rechnungsprüfung und Zahlungsüberwachung, Ansprechpartnerin für Lieferanten</w:t>
      </w:r>
    </w:p>
    <w:p>
      <w:pPr>
        <w:spacing w:after="0" w:before="0" w:line="269" w:lineRule="auto"/>
        <w:ind w:left="2126" w:hanging="198"/>
      </w:pPr>
      <w:r>
        <w:rPr>
          <w:rFonts w:ascii="Arial" w:hAnsi="Arial" w:eastAsia="Arial"/>
          <w:b w:val="0"/>
          <w:i w:val="0"/>
          <w:color w:val="1A1D26"/>
          <w:sz w:val="20"/>
        </w:rPr>
        <w:t>•  Pflege der Kundendatenbank und Vorbereitung der Monatsberichte</w:t>
      </w:r>
    </w:p>
    <w:p>
      <w:pPr>
        <w:spacing w:after="60" w:before="0" w:line="269" w:lineRule="auto"/>
      </w:pPr>
    </w:p>
    <w:p>
      <w:pPr>
        <w:keepNext/>
        <w:spacing w:after="100" w:before="240" w:line="269" w:lineRule="auto"/>
        <w:pBdr>
          <w:bottom w:val="single" w:sz="6" w:space="1" w:color="2D5BE3"/>
        </w:pBdr>
      </w:pPr>
      <w:r>
        <w:rPr>
          <w:rFonts w:ascii="Arial" w:hAnsi="Arial" w:eastAsia="Arial"/>
          <w:b/>
          <w:i w:val="0"/>
          <w:color w:val="2D5BE3"/>
          <w:sz w:val="20"/>
        </w:rPr>
        <w:t>AUSBILDUNG</w:t>
      </w:r>
    </w:p>
    <w:p>
      <w:pPr>
        <w:keepNext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>09/2016 – 07/2019</w:t>
        <w:tab/>
      </w:r>
      <w:r>
        <w:rPr>
          <w:rFonts w:ascii="Arial" w:hAnsi="Arial" w:eastAsia="Arial"/>
          <w:b/>
          <w:i w:val="0"/>
          <w:color w:val="1A1D26"/>
          <w:sz w:val="20"/>
        </w:rPr>
        <w:t>Ausbildung zur Kauffrau für Büromanagement</w:t>
      </w:r>
      <w:r>
        <w:rPr>
          <w:rFonts w:ascii="Arial" w:hAnsi="Arial" w:eastAsia="Arial"/>
          <w:b w:val="0"/>
          <w:i w:val="0"/>
          <w:color w:val="1A1D26"/>
          <w:sz w:val="20"/>
        </w:rPr>
        <w:t>, Beispiel Handels GmbH, Musterstadt</w:t>
      </w:r>
    </w:p>
    <w:p>
      <w:pPr>
        <w:spacing w:after="0" w:before="0" w:line="269" w:lineRule="auto"/>
        <w:ind w:left="2126" w:hanging="198"/>
      </w:pPr>
      <w:r>
        <w:rPr>
          <w:rFonts w:ascii="Arial" w:hAnsi="Arial" w:eastAsia="Arial"/>
          <w:b w:val="0"/>
          <w:i w:val="0"/>
          <w:color w:val="1A1D26"/>
          <w:sz w:val="20"/>
        </w:rPr>
        <w:t>•  Abschluss: sehr gut, Berufsschule Musterstadt</w:t>
      </w:r>
    </w:p>
    <w:p>
      <w:pPr>
        <w:spacing w:after="60" w:before="0" w:line="269" w:lineRule="auto"/>
      </w:pPr>
    </w:p>
    <w:p>
      <w:pPr>
        <w:keepNext w:val="0"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>09/2008 – 06/2016</w:t>
        <w:tab/>
      </w:r>
      <w:r>
        <w:rPr>
          <w:rFonts w:ascii="Arial" w:hAnsi="Arial" w:eastAsia="Arial"/>
          <w:b/>
          <w:i w:val="0"/>
          <w:color w:val="1A1D26"/>
          <w:sz w:val="20"/>
        </w:rPr>
        <w:t>Realschulabschluss</w:t>
      </w:r>
      <w:r>
        <w:rPr>
          <w:rFonts w:ascii="Arial" w:hAnsi="Arial" w:eastAsia="Arial"/>
          <w:b w:val="0"/>
          <w:i w:val="0"/>
          <w:color w:val="1A1D26"/>
          <w:sz w:val="20"/>
        </w:rPr>
        <w:t>, Musterschule, Musterstadt</w:t>
      </w:r>
    </w:p>
    <w:p>
      <w:pPr>
        <w:spacing w:after="60" w:before="0" w:line="269" w:lineRule="auto"/>
      </w:pPr>
    </w:p>
    <w:p>
      <w:pPr>
        <w:keepNext/>
        <w:spacing w:after="100" w:before="240" w:line="269" w:lineRule="auto"/>
        <w:pBdr>
          <w:bottom w:val="single" w:sz="6" w:space="1" w:color="2D5BE3"/>
        </w:pBdr>
      </w:pPr>
      <w:r>
        <w:rPr>
          <w:rFonts w:ascii="Arial" w:hAnsi="Arial" w:eastAsia="Arial"/>
          <w:b/>
          <w:i w:val="0"/>
          <w:color w:val="2D5BE3"/>
          <w:sz w:val="20"/>
        </w:rPr>
        <w:t>WEITERBILDUNG</w:t>
      </w:r>
    </w:p>
    <w:p>
      <w:pPr>
        <w:keepNext w:val="0"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>2023</w:t>
        <w:tab/>
      </w:r>
      <w:r>
        <w:rPr>
          <w:rFonts w:ascii="Arial" w:hAnsi="Arial" w:eastAsia="Arial"/>
          <w:b/>
          <w:i w:val="0"/>
          <w:color w:val="1A1D26"/>
          <w:sz w:val="20"/>
        </w:rPr>
        <w:t>Fachkraft Vertriebsinnendienst (IHK-Lehrgang)</w:t>
      </w:r>
      <w:r>
        <w:rPr>
          <w:rFonts w:ascii="Arial" w:hAnsi="Arial" w:eastAsia="Arial"/>
          <w:b w:val="0"/>
          <w:i w:val="0"/>
          <w:color w:val="1A1D26"/>
          <w:sz w:val="20"/>
        </w:rPr>
        <w:t>, Beispielstadt</w:t>
      </w:r>
    </w:p>
    <w:p>
      <w:pPr>
        <w:spacing w:after="60" w:before="0" w:line="269" w:lineRule="auto"/>
      </w:pPr>
    </w:p>
    <w:p>
      <w:pPr>
        <w:keepNext/>
        <w:spacing w:after="100" w:before="240" w:line="269" w:lineRule="auto"/>
        <w:pBdr>
          <w:bottom w:val="single" w:sz="6" w:space="1" w:color="2D5BE3"/>
        </w:pBdr>
      </w:pPr>
      <w:r>
        <w:rPr>
          <w:rFonts w:ascii="Arial" w:hAnsi="Arial" w:eastAsia="Arial"/>
          <w:b/>
          <w:i w:val="0"/>
          <w:color w:val="2D5BE3"/>
          <w:sz w:val="20"/>
        </w:rPr>
        <w:t>KENNTNISSE</w:t>
      </w:r>
    </w:p>
    <w:p>
      <w:pPr>
        <w:keepNext w:val="0"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>Software</w:t>
        <w:tab/>
      </w:r>
      <w:r>
        <w:rPr>
          <w:rFonts w:ascii="Arial" w:hAnsi="Arial" w:eastAsia="Arial"/>
          <w:b/>
          <w:i w:val="0"/>
          <w:color w:val="1A1D26"/>
          <w:sz w:val="20"/>
        </w:rPr>
        <w:t>Microsoft Excel, Word, Outlook</w:t>
      </w:r>
      <w:r>
        <w:rPr>
          <w:rFonts w:ascii="Arial" w:hAnsi="Arial" w:eastAsia="Arial"/>
          <w:b w:val="0"/>
          <w:i w:val="0"/>
          <w:color w:val="1A1D26"/>
          <w:sz w:val="20"/>
        </w:rPr>
        <w:t>, sehr gute Kenntnisse; ERP-System (Beispiel-ERP) im Alltag</w:t>
      </w:r>
    </w:p>
    <w:p>
      <w:pPr>
        <w:spacing w:after="60" w:before="0" w:line="269" w:lineRule="auto"/>
      </w:pPr>
    </w:p>
    <w:p>
      <w:pPr>
        <w:keepNext w:val="0"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>Sprachen</w:t>
        <w:tab/>
      </w:r>
      <w:r>
        <w:rPr>
          <w:rFonts w:ascii="Arial" w:hAnsi="Arial" w:eastAsia="Arial"/>
          <w:b/>
          <w:i w:val="0"/>
          <w:color w:val="1A1D26"/>
          <w:sz w:val="20"/>
        </w:rPr>
        <w:t>Deutsch</w:t>
      </w:r>
      <w:r>
        <w:rPr>
          <w:rFonts w:ascii="Arial" w:hAnsi="Arial" w:eastAsia="Arial"/>
          <w:b w:val="0"/>
          <w:i w:val="0"/>
          <w:color w:val="1A1D26"/>
          <w:sz w:val="20"/>
        </w:rPr>
        <w:t>, Muttersprache</w:t>
      </w:r>
    </w:p>
    <w:p>
      <w:pPr>
        <w:spacing w:after="60" w:before="0" w:line="269" w:lineRule="auto"/>
      </w:pPr>
    </w:p>
    <w:p>
      <w:pPr>
        <w:keepNext w:val="0"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ab/>
      </w:r>
      <w:r>
        <w:rPr>
          <w:rFonts w:ascii="Arial" w:hAnsi="Arial" w:eastAsia="Arial"/>
          <w:b/>
          <w:i w:val="0"/>
          <w:color w:val="1A1D26"/>
          <w:sz w:val="20"/>
        </w:rPr>
        <w:t>Englisch</w:t>
      </w:r>
      <w:r>
        <w:rPr>
          <w:rFonts w:ascii="Arial" w:hAnsi="Arial" w:eastAsia="Arial"/>
          <w:b w:val="0"/>
          <w:i w:val="0"/>
          <w:color w:val="1A1D26"/>
          <w:sz w:val="20"/>
        </w:rPr>
        <w:t>, gut in Wort und Schrift (B2)</w:t>
      </w:r>
    </w:p>
    <w:p>
      <w:pPr>
        <w:spacing w:after="60" w:before="0" w:line="269" w:lineRule="auto"/>
      </w:pPr>
    </w:p>
    <w:p>
      <w:pPr>
        <w:keepNext w:val="0"/>
        <w:tabs>
          <w:tab w:pos="1928" w:val="left"/>
        </w:tabs>
        <w:spacing w:after="20" w:before="0" w:line="269" w:lineRule="auto"/>
        <w:ind w:left="1928" w:hanging="1928"/>
      </w:pPr>
      <w:r>
        <w:rPr>
          <w:rFonts w:ascii="Arial" w:hAnsi="Arial" w:eastAsia="Arial"/>
          <w:b w:val="0"/>
          <w:i w:val="0"/>
          <w:color w:val="6B7280"/>
          <w:sz w:val="20"/>
        </w:rPr>
        <w:t>Sonstiges</w:t>
        <w:tab/>
      </w:r>
      <w:r>
        <w:rPr>
          <w:rFonts w:ascii="Arial" w:hAnsi="Arial" w:eastAsia="Arial"/>
          <w:b/>
          <w:i w:val="0"/>
          <w:color w:val="1A1D26"/>
          <w:sz w:val="20"/>
        </w:rPr>
        <w:t>Führerschein Klasse B</w:t>
      </w:r>
    </w:p>
    <w:p>
      <w:pPr>
        <w:spacing w:after="60" w:before="0" w:line="269" w:lineRule="auto"/>
      </w:pPr>
    </w:p>
    <w:p>
      <w:pPr>
        <w:spacing w:after="0" w:before="160" w:line="269" w:lineRule="auto"/>
      </w:pPr>
    </w:p>
    <w:p>
      <w:pPr>
        <w:spacing w:after="0" w:before="0" w:line="269" w:lineRule="auto"/>
      </w:pPr>
      <w:r>
        <w:rPr>
          <w:rFonts w:ascii="Arial" w:hAnsi="Arial" w:eastAsia="Arial"/>
          <w:b w:val="0"/>
          <w:i w:val="0"/>
          <w:color w:val="6B7280"/>
          <w:sz w:val="20"/>
        </w:rPr>
        <w:t>Musterstadt, 18.10.2026</w:t>
      </w:r>
    </w:p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6B7280"/>
        <w:sz w:val="15"/>
      </w:rPr>
      <w:t>Gratis-Muster von Papierkram, https://papierkram.michel.to · Beispieldaten frei erfunden · Privat nutzbar, unveränderte Weitergabe mit Quellenlink erlaubt. Löschen, bevor du den Lebenslauf versendest. Vollversion mit Anschreiben, Deckblatt und weiteren Designs: https://papierkram.michel.to/produkt/lebenslauf-ohne-foto-ats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Muster</dc:title>
  <dc:subject/>
  <dc:creator>Papierkram (papierkram.michel.to)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